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6181C"/>
          <w:sz w:val="56"/>
        </w:rPr>
        <w:t>Review Templates</w:t>
      </w:r>
    </w:p>
    <w:p>
      <w:r>
        <w:rPr>
          <w:color w:val="5B5E66"/>
          <w:sz w:val="21"/>
        </w:rPr>
        <w:t>The text that gets customers to leave a review, and ten replies for when they do. Replace anything in [brackets]. From Sidecar Growth, sidecargrowthhq.com</w:t>
      </w:r>
    </w:p>
    <w:p>
      <w:pPr>
        <w:spacing w:before="360" w:after="120"/>
      </w:pPr>
      <w:r>
        <w:rPr>
          <w:b/>
          <w:color w:val="16181C"/>
          <w:sz w:val="40"/>
        </w:rPr>
        <w:t>Part one: asking for the review</w:t>
      </w:r>
    </w:p>
    <w:p>
      <w:pPr>
        <w:spacing w:after="160"/>
      </w:pPr>
      <w:r>
        <w:rPr>
          <w:i w:val="0"/>
          <w:color w:val="16181C"/>
          <w:sz w:val="22"/>
        </w:rPr>
        <w:t>Three rules before you send anything. Ask the same day, while the fix is still fresh. Ask by text, not email; texts get read. Never offer money, a discount or a prize for a review. Google removes those reviews and can suspend the listing.</w:t>
      </w:r>
    </w:p>
    <w:p>
      <w:pPr>
        <w:spacing w:before="80" w:after="40"/>
      </w:pPr>
      <w:r>
        <w:rPr>
          <w:b/>
          <w:color w:val="2657E8"/>
          <w:sz w:val="18"/>
        </w:rPr>
        <w:t>TEXT, SAME DAY, SENT BY THE TECH OR THE OFFICE</w:t>
      </w:r>
    </w:p>
    <w:tbl>
      <w:tblPr>
        <w:tblStyle w:val="TableGrid"/>
        <w:tblW w:type="auto" w:w="0"/>
        <w:tblLook w:firstColumn="1" w:firstRow="1" w:lastColumn="0" w:lastRow="0" w:noHBand="0" w:noVBand="1" w:val="04A0"/>
      </w:tblPr>
      <w:tblGrid>
        <w:gridCol w:w="9360"/>
      </w:tblGrid>
      <w:tr>
        <w:tc>
          <w:tcPr>
            <w:tcW w:type="dxa" w:w="9360"/>
          </w:tcPr>
          <w:p>
            <w:r/>
            <w:r>
              <w:rPr>
                <w:sz w:val="22"/>
              </w:rPr>
              <w:t>Hi [first name], this is [your name] from [Company]. Thanks for having us out today. If the [water heater / furnace / repair] is working the way you expected, would you leave us a quick Google review? It takes a minute and it's how the next family finds us: [review link]</w:t>
            </w:r>
          </w:p>
        </w:tc>
      </w:tr>
    </w:tbl>
    <w:p>
      <w:pPr>
        <w:spacing w:after="40"/>
      </w:pPr>
    </w:p>
    <w:p>
      <w:pPr>
        <w:spacing w:before="80" w:after="40"/>
      </w:pPr>
      <w:r>
        <w:rPr>
          <w:b/>
          <w:color w:val="2657E8"/>
          <w:sz w:val="18"/>
        </w:rPr>
        <w:t>TEXT, THREE DAYS LATER, ONLY IF THEY HAVEN'T</w:t>
      </w:r>
    </w:p>
    <w:tbl>
      <w:tblPr>
        <w:tblStyle w:val="TableGrid"/>
        <w:tblW w:type="auto" w:w="0"/>
        <w:tblLook w:firstColumn="1" w:firstRow="1" w:lastColumn="0" w:lastRow="0" w:noHBand="0" w:noVBand="1" w:val="04A0"/>
      </w:tblPr>
      <w:tblGrid>
        <w:gridCol w:w="9360"/>
      </w:tblGrid>
      <w:tr>
        <w:tc>
          <w:tcPr>
            <w:tcW w:type="dxa" w:w="9360"/>
          </w:tcPr>
          <w:p>
            <w:r/>
            <w:r>
              <w:rPr>
                <w:sz w:val="22"/>
              </w:rPr>
              <w:t>Hi [first name], [your name] at [Company] again. No pressure at all. If you've got a minute, a Google review would mean a lot to a small local business: [review link]. If anything isn't right with the work, call me first at [phone] and I'll make it right.</w:t>
            </w:r>
          </w:p>
        </w:tc>
      </w:tr>
    </w:tbl>
    <w:p>
      <w:pPr>
        <w:spacing w:after="40"/>
      </w:pPr>
    </w:p>
    <w:p>
      <w:pPr>
        <w:spacing w:before="80" w:after="40"/>
      </w:pPr>
      <w:r>
        <w:rPr>
          <w:b/>
          <w:color w:val="2657E8"/>
          <w:sz w:val="18"/>
        </w:rPr>
        <w:t>EMAIL VERSION, FOR CUSTOMERS WHO PREFER IT</w:t>
      </w:r>
    </w:p>
    <w:tbl>
      <w:tblPr>
        <w:tblStyle w:val="TableGrid"/>
        <w:tblW w:type="auto" w:w="0"/>
        <w:tblLook w:firstColumn="1" w:firstRow="1" w:lastColumn="0" w:lastRow="0" w:noHBand="0" w:noVBand="1" w:val="04A0"/>
      </w:tblPr>
      <w:tblGrid>
        <w:gridCol w:w="9360"/>
      </w:tblGrid>
      <w:tr>
        <w:tc>
          <w:tcPr>
            <w:tcW w:type="dxa" w:w="9360"/>
          </w:tcPr>
          <w:p>
            <w:r/>
            <w:r>
              <w:rPr>
                <w:sz w:val="22"/>
              </w:rPr>
              <w:t>Subject: How did we do, [first name]?</w:t>
              <w:br/>
              <w:br/>
              <w:t>Hi [first name],</w:t>
              <w:br/>
              <w:br/>
              <w:t>Thanks for choosing [Company] for your [service] on [date]. If you were happy with [tech name] and the work, a Google review would help us more than you'd think. It's the first thing people read before they call.</w:t>
              <w:br/>
              <w:br/>
              <w:t>Leave a review here: [review link]</w:t>
              <w:br/>
              <w:br/>
              <w:t>If anything about the job wasn't right, reply to this email or call [phone] and I'll take care of it personally.</w:t>
              <w:br/>
              <w:br/>
              <w:t>[Your name]</w:t>
              <w:br/>
              <w:t>[Company] · [phone]</w:t>
            </w:r>
          </w:p>
        </w:tc>
      </w:tr>
    </w:tbl>
    <w:p>
      <w:pPr>
        <w:spacing w:after="40"/>
      </w:pPr>
    </w:p>
    <w:p>
      <w:pPr>
        <w:spacing w:after="160"/>
      </w:pPr>
      <w:r>
        <w:rPr>
          <w:i/>
          <w:color w:val="5B5E66"/>
          <w:sz w:val="20"/>
        </w:rPr>
        <w:t>Where to get your review link: open your Google Business Profile, choose "Ask for reviews", copy the short link. Save it in your phone so every tech has it.</w:t>
      </w:r>
    </w:p>
    <w:p>
      <w:pPr>
        <w:spacing w:before="360" w:after="120"/>
      </w:pPr>
      <w:r>
        <w:rPr>
          <w:b/>
          <w:color w:val="16181C"/>
          <w:sz w:val="40"/>
        </w:rPr>
        <w:t>Part two: replying to good reviews</w:t>
      </w:r>
    </w:p>
    <w:p>
      <w:pPr>
        <w:spacing w:after="160"/>
      </w:pPr>
      <w:r>
        <w:rPr>
          <w:i w:val="0"/>
          <w:color w:val="16181C"/>
          <w:sz w:val="22"/>
        </w:rPr>
        <w:t>Reply to every review within two days. Use the customer's first name, name the service, and keep it to two or three sentences. Google reads the replies, and so does the next customer.</w:t>
      </w:r>
    </w:p>
    <w:p>
      <w:pPr>
        <w:spacing w:before="80" w:after="40"/>
      </w:pPr>
      <w:r>
        <w:rPr>
          <w:b/>
          <w:color w:val="2657E8"/>
          <w:sz w:val="18"/>
        </w:rPr>
        <w:t>REPLY 1: THE QUICK THANK-YOU</w:t>
      </w:r>
    </w:p>
    <w:tbl>
      <w:tblPr>
        <w:tblStyle w:val="TableGrid"/>
        <w:tblW w:type="auto" w:w="0"/>
        <w:tblLook w:firstColumn="1" w:firstRow="1" w:lastColumn="0" w:lastRow="0" w:noHBand="0" w:noVBand="1" w:val="04A0"/>
      </w:tblPr>
      <w:tblGrid>
        <w:gridCol w:w="9360"/>
      </w:tblGrid>
      <w:tr>
        <w:tc>
          <w:tcPr>
            <w:tcW w:type="dxa" w:w="9360"/>
          </w:tcPr>
          <w:p>
            <w:r/>
            <w:r>
              <w:rPr>
                <w:sz w:val="22"/>
              </w:rPr>
              <w:t>Thanks, [first name]. Glad the [service] went smoothly. We'll be here if you need us again.</w:t>
            </w:r>
          </w:p>
        </w:tc>
      </w:tr>
    </w:tbl>
    <w:p>
      <w:pPr>
        <w:spacing w:after="40"/>
      </w:pPr>
    </w:p>
    <w:p>
      <w:pPr>
        <w:spacing w:before="80" w:after="40"/>
      </w:pPr>
      <w:r>
        <w:rPr>
          <w:b/>
          <w:color w:val="2657E8"/>
          <w:sz w:val="18"/>
        </w:rPr>
        <w:t>REPLY 2: WHEN THEY NAMED THE TECH</w:t>
      </w:r>
    </w:p>
    <w:tbl>
      <w:tblPr>
        <w:tblStyle w:val="TableGrid"/>
        <w:tblW w:type="auto" w:w="0"/>
        <w:tblLook w:firstColumn="1" w:firstRow="1" w:lastColumn="0" w:lastRow="0" w:noHBand="0" w:noVBand="1" w:val="04A0"/>
      </w:tblPr>
      <w:tblGrid>
        <w:gridCol w:w="9360"/>
      </w:tblGrid>
      <w:tr>
        <w:tc>
          <w:tcPr>
            <w:tcW w:type="dxa" w:w="9360"/>
          </w:tcPr>
          <w:p>
            <w:r/>
            <w:r>
              <w:rPr>
                <w:sz w:val="22"/>
              </w:rPr>
              <w:t>[First name], thank you. [Tech name] will be happy to hear it; he takes a lot of pride in leaving a job clean. We appreciate you trusting [Company].</w:t>
            </w:r>
          </w:p>
        </w:tc>
      </w:tr>
    </w:tbl>
    <w:p>
      <w:pPr>
        <w:spacing w:after="40"/>
      </w:pPr>
    </w:p>
    <w:p>
      <w:pPr>
        <w:spacing w:before="80" w:after="40"/>
      </w:pPr>
      <w:r>
        <w:rPr>
          <w:b/>
          <w:color w:val="2657E8"/>
          <w:sz w:val="18"/>
        </w:rPr>
        <w:t>REPLY 3: WHEN IT WAS AN EMERGENCY</w:t>
      </w:r>
    </w:p>
    <w:tbl>
      <w:tblPr>
        <w:tblStyle w:val="TableGrid"/>
        <w:tblW w:type="auto" w:w="0"/>
        <w:tblLook w:firstColumn="1" w:firstRow="1" w:lastColumn="0" w:lastRow="0" w:noHBand="0" w:noVBand="1" w:val="04A0"/>
      </w:tblPr>
      <w:tblGrid>
        <w:gridCol w:w="9360"/>
      </w:tblGrid>
      <w:tr>
        <w:tc>
          <w:tcPr>
            <w:tcW w:type="dxa" w:w="9360"/>
          </w:tcPr>
          <w:p>
            <w:r/>
            <w:r>
              <w:rPr>
                <w:sz w:val="22"/>
              </w:rPr>
              <w:t>Thank you, [first name]. Nobody plans a [burst pipe / dead furnace] on a [Sunday night], so we're glad we could get there fast. Call anytime.</w:t>
            </w:r>
          </w:p>
        </w:tc>
      </w:tr>
    </w:tbl>
    <w:p>
      <w:pPr>
        <w:spacing w:after="40"/>
      </w:pPr>
    </w:p>
    <w:p>
      <w:pPr>
        <w:spacing w:before="80" w:after="40"/>
      </w:pPr>
      <w:r>
        <w:rPr>
          <w:b/>
          <w:color w:val="2657E8"/>
          <w:sz w:val="18"/>
        </w:rPr>
        <w:t>REPLY 4: WHEN THEY MENTION THE PRICE</w:t>
      </w:r>
    </w:p>
    <w:tbl>
      <w:tblPr>
        <w:tblStyle w:val="TableGrid"/>
        <w:tblW w:type="auto" w:w="0"/>
        <w:tblLook w:firstColumn="1" w:firstRow="1" w:lastColumn="0" w:lastRow="0" w:noHBand="0" w:noVBand="1" w:val="04A0"/>
      </w:tblPr>
      <w:tblGrid>
        <w:gridCol w:w="9360"/>
      </w:tblGrid>
      <w:tr>
        <w:tc>
          <w:tcPr>
            <w:tcW w:type="dxa" w:w="9360"/>
          </w:tcPr>
          <w:p>
            <w:r/>
            <w:r>
              <w:rPr>
                <w:sz w:val="22"/>
              </w:rPr>
              <w:t>[First name], thanks for noticing. Upfront pricing is the whole point: you should know the number before we start. Glad it worked out.</w:t>
            </w:r>
          </w:p>
        </w:tc>
      </w:tr>
    </w:tbl>
    <w:p>
      <w:pPr>
        <w:spacing w:after="40"/>
      </w:pPr>
    </w:p>
    <w:p>
      <w:pPr>
        <w:spacing w:before="80" w:after="40"/>
      </w:pPr>
      <w:r>
        <w:rPr>
          <w:b/>
          <w:color w:val="2657E8"/>
          <w:sz w:val="18"/>
        </w:rPr>
        <w:t>REPLY 5: THE REPEAT CUSTOMER</w:t>
      </w:r>
    </w:p>
    <w:tbl>
      <w:tblPr>
        <w:tblStyle w:val="TableGrid"/>
        <w:tblW w:type="auto" w:w="0"/>
        <w:tblLook w:firstColumn="1" w:firstRow="1" w:lastColumn="0" w:lastRow="0" w:noHBand="0" w:noVBand="1" w:val="04A0"/>
      </w:tblPr>
      <w:tblGrid>
        <w:gridCol w:w="9360"/>
      </w:tblGrid>
      <w:tr>
        <w:tc>
          <w:tcPr>
            <w:tcW w:type="dxa" w:w="9360"/>
          </w:tcPr>
          <w:p>
            <w:r/>
            <w:r>
              <w:rPr>
                <w:sz w:val="22"/>
              </w:rPr>
              <w:t>Always good to hear from you, [first name]. Thanks for coming back to [Company] for the [service]. See you at the next [tune-up / season].</w:t>
            </w:r>
          </w:p>
        </w:tc>
      </w:tr>
    </w:tbl>
    <w:p>
      <w:pPr>
        <w:spacing w:after="40"/>
      </w:pPr>
    </w:p>
    <w:p>
      <w:pPr>
        <w:spacing w:before="360" w:after="120"/>
      </w:pPr>
      <w:r>
        <w:rPr>
          <w:b/>
          <w:color w:val="16181C"/>
          <w:sz w:val="40"/>
        </w:rPr>
        <w:t>Part three: replying to bad reviews</w:t>
      </w:r>
    </w:p>
    <w:p>
      <w:pPr>
        <w:spacing w:after="160"/>
      </w:pPr>
      <w:r>
        <w:rPr>
          <w:i w:val="0"/>
          <w:color w:val="16181C"/>
          <w:sz w:val="22"/>
        </w:rPr>
        <w:t>Never argue in public. Apologize for the experience (not necessarily the work), take it offline, give a direct number. Future customers judge you on the reply, not the complaint. If the review is fake or not about your business, reply calmly and report it to Google.</w:t>
      </w:r>
    </w:p>
    <w:p>
      <w:pPr>
        <w:spacing w:before="80" w:after="40"/>
      </w:pPr>
      <w:r>
        <w:rPr>
          <w:b/>
          <w:color w:val="2657E8"/>
          <w:sz w:val="18"/>
        </w:rPr>
        <w:t>REPLY 6: A REAL MISTAKE</w:t>
      </w:r>
    </w:p>
    <w:tbl>
      <w:tblPr>
        <w:tblStyle w:val="TableGrid"/>
        <w:tblW w:type="auto" w:w="0"/>
        <w:tblLook w:firstColumn="1" w:firstRow="1" w:lastColumn="0" w:lastRow="0" w:noHBand="0" w:noVBand="1" w:val="04A0"/>
      </w:tblPr>
      <w:tblGrid>
        <w:gridCol w:w="9360"/>
      </w:tblGrid>
      <w:tr>
        <w:tc>
          <w:tcPr>
            <w:tcW w:type="dxa" w:w="9360"/>
          </w:tcPr>
          <w:p>
            <w:r/>
            <w:r>
              <w:rPr>
                <w:sz w:val="22"/>
              </w:rPr>
              <w:t>[First name], I'm sorry. That's not the job we meant to deliver, and I'd like to fix it. Please call me directly at [phone] or email [email] and I'll handle it personally. [Your name], owner</w:t>
            </w:r>
          </w:p>
        </w:tc>
      </w:tr>
    </w:tbl>
    <w:p>
      <w:pPr>
        <w:spacing w:after="40"/>
      </w:pPr>
    </w:p>
    <w:p>
      <w:pPr>
        <w:spacing w:before="80" w:after="40"/>
      </w:pPr>
      <w:r>
        <w:rPr>
          <w:b/>
          <w:color w:val="2657E8"/>
          <w:sz w:val="18"/>
        </w:rPr>
        <w:t>REPLY 7: A SCHEDULING PROBLEM</w:t>
      </w:r>
    </w:p>
    <w:tbl>
      <w:tblPr>
        <w:tblStyle w:val="TableGrid"/>
        <w:tblW w:type="auto" w:w="0"/>
        <w:tblLook w:firstColumn="1" w:firstRow="1" w:lastColumn="0" w:lastRow="0" w:noHBand="0" w:noVBand="1" w:val="04A0"/>
      </w:tblPr>
      <w:tblGrid>
        <w:gridCol w:w="9360"/>
      </w:tblGrid>
      <w:tr>
        <w:tc>
          <w:tcPr>
            <w:tcW w:type="dxa" w:w="9360"/>
          </w:tcPr>
          <w:p>
            <w:r/>
            <w:r>
              <w:rPr>
                <w:sz w:val="22"/>
              </w:rPr>
              <w:t>[First name], you're right, we missed the window we gave you and I apologize for the wasted morning. I've looked at what went wrong on our end. If you'll give us another shot, call me at [phone] and I'll make the next visit right.</w:t>
            </w:r>
          </w:p>
        </w:tc>
      </w:tr>
    </w:tbl>
    <w:p>
      <w:pPr>
        <w:spacing w:after="40"/>
      </w:pPr>
    </w:p>
    <w:p>
      <w:pPr>
        <w:spacing w:before="80" w:after="40"/>
      </w:pPr>
      <w:r>
        <w:rPr>
          <w:b/>
          <w:color w:val="2657E8"/>
          <w:sz w:val="18"/>
        </w:rPr>
        <w:t>REPLY 8: A PRICE DISPUTE</w:t>
      </w:r>
    </w:p>
    <w:tbl>
      <w:tblPr>
        <w:tblStyle w:val="TableGrid"/>
        <w:tblW w:type="auto" w:w="0"/>
        <w:tblLook w:firstColumn="1" w:firstRow="1" w:lastColumn="0" w:lastRow="0" w:noHBand="0" w:noVBand="1" w:val="04A0"/>
      </w:tblPr>
      <w:tblGrid>
        <w:gridCol w:w="9360"/>
      </w:tblGrid>
      <w:tr>
        <w:tc>
          <w:tcPr>
            <w:tcW w:type="dxa" w:w="9360"/>
          </w:tcPr>
          <w:p>
            <w:r/>
            <w:r>
              <w:rPr>
                <w:sz w:val="22"/>
              </w:rPr>
              <w:t>[First name], thank you for telling us. I'd rather talk this through than guess at it here. Please call me at [phone] so I can walk you through the invoice line by line, and if we got something wrong, I'll correct it.</w:t>
            </w:r>
          </w:p>
        </w:tc>
      </w:tr>
    </w:tbl>
    <w:p>
      <w:pPr>
        <w:spacing w:after="40"/>
      </w:pPr>
    </w:p>
    <w:p>
      <w:pPr>
        <w:spacing w:before="80" w:after="40"/>
      </w:pPr>
      <w:r>
        <w:rPr>
          <w:b/>
          <w:color w:val="2657E8"/>
          <w:sz w:val="18"/>
        </w:rPr>
        <w:t>REPLY 9: WHEN YOU CAN'T FIND THE CUSTOMER</w:t>
      </w:r>
    </w:p>
    <w:tbl>
      <w:tblPr>
        <w:tblStyle w:val="TableGrid"/>
        <w:tblW w:type="auto" w:w="0"/>
        <w:tblLook w:firstColumn="1" w:firstRow="1" w:lastColumn="0" w:lastRow="0" w:noHBand="0" w:noVBand="1" w:val="04A0"/>
      </w:tblPr>
      <w:tblGrid>
        <w:gridCol w:w="9360"/>
      </w:tblGrid>
      <w:tr>
        <w:tc>
          <w:tcPr>
            <w:tcW w:type="dxa" w:w="9360"/>
          </w:tcPr>
          <w:p>
            <w:r/>
            <w:r>
              <w:rPr>
                <w:sz w:val="22"/>
              </w:rPr>
              <w:t>Hi [first name], I want to look into this but I can't find a job under this name. Could you call [phone] or email [email] with the address and the date? I'll get to the bottom of it the same day.</w:t>
            </w:r>
          </w:p>
        </w:tc>
      </w:tr>
    </w:tbl>
    <w:p>
      <w:pPr>
        <w:spacing w:after="40"/>
      </w:pPr>
    </w:p>
    <w:p>
      <w:pPr>
        <w:spacing w:before="80" w:after="40"/>
      </w:pPr>
      <w:r>
        <w:rPr>
          <w:b/>
          <w:color w:val="2657E8"/>
          <w:sz w:val="18"/>
        </w:rPr>
        <w:t>REPLY 10: A REVIEW THAT ISN'T ABOUT YOU</w:t>
      </w:r>
    </w:p>
    <w:tbl>
      <w:tblPr>
        <w:tblStyle w:val="TableGrid"/>
        <w:tblW w:type="auto" w:w="0"/>
        <w:tblLook w:firstColumn="1" w:firstRow="1" w:lastColumn="0" w:lastRow="0" w:noHBand="0" w:noVBand="1" w:val="04A0"/>
      </w:tblPr>
      <w:tblGrid>
        <w:gridCol w:w="9360"/>
      </w:tblGrid>
      <w:tr>
        <w:tc>
          <w:tcPr>
            <w:tcW w:type="dxa" w:w="9360"/>
          </w:tcPr>
          <w:p>
            <w:r/>
            <w:r>
              <w:rPr>
                <w:sz w:val="22"/>
              </w:rPr>
              <w:t>Hi [first name], I think this review may be meant for a different company; we have no record of a visit at this address. If I'm wrong, please call me at [phone] and I'll sort it out right away.</w:t>
            </w:r>
          </w:p>
        </w:tc>
      </w:tr>
    </w:tbl>
    <w:p>
      <w:pPr>
        <w:spacing w:after="40"/>
      </w:pPr>
    </w:p>
    <w:p>
      <w:pPr>
        <w:spacing w:before="360" w:after="120"/>
      </w:pPr>
      <w:r>
        <w:rPr>
          <w:b/>
          <w:color w:val="16181C"/>
          <w:sz w:val="28"/>
        </w:rPr>
        <w:t>Three things that quietly kill reviews</w:t>
      </w:r>
    </w:p>
    <w:p>
      <w:pPr>
        <w:spacing w:after="160"/>
      </w:pPr>
      <w:r>
        <w:rPr>
          <w:i w:val="0"/>
          <w:color w:val="16181C"/>
          <w:sz w:val="22"/>
        </w:rPr>
        <w:t>Asking a week later. The moment passes. Ask the same day.</w:t>
        <w:br/>
        <w:t>Asking only the happy customers. Google can tell when reviews come in bursts; a steady trickle beats a pile.</w:t>
        <w:br/>
        <w:t>Leaving the bad ones unanswered. The reply is for the next customer, not the angry one.</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6181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